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ADEMIR MARGOTTO, inscrito no CPF sob o nº 090.738.092-15, proprietário do imóvel rural denominado "LOTE 13 (REM.), GLEBA 06, S.T. IPOCYSSARA, P.F. CORUMBIARA", com área de 46.1618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