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ANTONIA LIVRAMENTO PROCESSO, brasileira, divorciado(a), agricultora, inscrito(a) no CPF nº 515.504.742-00, portador(a) do RG nº 647.939, residente e domiciliado(a) em Linha 05, Lote 04-C,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04-C, GLEBA 05, CASTRO ALVES, SETOR IPOCYSSARA, P.F. CORUMBIARA, Município de Ministro Andreazza/RO, código INCRA/SNCR nº 951.056.584.061-5, matrícula nº 4.123, de propriedade/posse do(s) OUTORGANTE(S).</w:t>
      </w:r>
    </w:p>
    <w:p/>
    <w:p>
      <w:pPr>
        <w:jc w:val="right"/>
      </w:pPr>
      <w:r>
        <w:t>Ministro Andreazza/RO,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ANTONIA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