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ANTONIA LIVRAMENTO PROCESSO, inscrita no CPF sob o nº 515.504.742-00, residente em Ministro Andreazza/RO, interessada no processo de regularização ambiental referente ao imóvel "LOTE 04-C, GLEBA 05, CASTRO ALVES, SETOR IPOCYSSARA, P.F. CORUMBIARA", localizado em Ministro Andreazza/RO,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ANTONIA LIVRAMENTO PROCESSO</w:t>
        <w:br/>
        <w:t xml:space="preserve">    CPF:            515.504.742-00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ANTONIA LIVRAMENTO PROCESSO</w:t>
      </w:r>
    </w:p>
    <w:p>
      <w:r>
        <w:t>CPF: 515.504.742-00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