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ANTONIA LIVRAMENTO PROCESSO, inscrita no CPF sob o nº 515.504.742-00, proprietária do imóvel rural denominado "LOTE 04-C, GLEBA 05, CASTRO ALVES, SETOR IPOCYSSARA, P.F. CORUMBIARA", com área de 12.0552 hectares, localizado no município de Ministro Andreazza/RO, inscrito no CAR sob o nº RO-1101203-8DAF.C9CB.2CCD.4A8B.A541.2A8C.A8E9.47B1,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ANTONIA LIVRAMENTO PROCESSO</w:t>
      </w:r>
    </w:p>
    <w:p>
      <w:r>
        <w:t>CPF: 515.504.742-00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