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155, GLEBA 03,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