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MARIA DAS GRAÇAS LIVRAMENTO PROCESSO</w:t>
      </w:r>
      <w:r>
        <w:rPr>
          <w:b w:val="0"/>
          <w:sz w:val="24"/>
        </w:rPr>
        <w:t>, brasileira, Viuva, agricultora, portadora do CI.RG nº 82.007 SSP/RO, inscrita no CPF/MF nº 474.860.407-78, filha de Manoel do Livramento e Antonia Santos Livramento, que declara, sob as penas da Lei, não ter convivência pública, contínua e duradoura, com o objetivo de constituição de família, nos termos do Art. 1.723 e seguintes do Código Civil Brasileiro, residente e domiciliada na Linha 05, Lote 04, Gleba 06, Zona Rural, Ministro Andreazza-RO, endereço eletrônico: sem endereço eletrônico declarado,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04-B, GLEBA 05,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4.122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9,8494 ha (nove hectares, oitenta e quatro ares e noventa e quatro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951.056.717.576-7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12,1934 ha (doze hectares, dezenove ares e trinta e quatro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2320268500456860-RO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2,344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23,8%</w:t>
      </w:r>
      <w:r>
        <w:rPr>
          <w:b w:val="0"/>
          <w:sz w:val="24"/>
        </w:rPr>
        <w:t xml:space="preserve"> em relação à área original, </w:t>
      </w:r>
      <w:r>
        <w:rPr>
          <w:b/>
          <w:sz w:val="24"/>
        </w:rPr>
        <w:t>acima do limite de 5%</w:t>
      </w:r>
      <w:r>
        <w:rPr>
          <w:b w:val="0"/>
          <w:sz w:val="24"/>
        </w:rPr>
        <w:t xml:space="preserve"> previsto para a dispensa de anuências, razão pela qual o presente requerimento é instruído com as declarações de anuência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Declaram, contudo, que o georreferenciamento apurou área </w:t>
      </w:r>
      <w:r>
        <w:rPr>
          <w:b/>
          <w:sz w:val="24"/>
        </w:rPr>
        <w:t>superior em 2,344 hectares (23,8%)</w:t>
      </w:r>
      <w:r>
        <w:rPr>
          <w:b w:val="0"/>
          <w:sz w:val="24"/>
        </w:rPr>
        <w:t xml:space="preserve"> à área constante da matrícula, </w:t>
      </w:r>
      <w:r>
        <w:rPr>
          <w:b/>
          <w:sz w:val="24"/>
        </w:rPr>
        <w:t>ultrapassando o limite de 5%</w:t>
      </w:r>
      <w:r>
        <w:rPr>
          <w:b w:val="0"/>
          <w:sz w:val="24"/>
        </w:rPr>
        <w:t xml:space="preserve"> estabelecido para a dispensa de anuências.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disso, nos termos do </w:t>
      </w:r>
      <w:r>
        <w:rPr>
          <w:b/>
          <w:sz w:val="24"/>
        </w:rPr>
        <w:t>Art. 213, inciso II, e §§ 2º e 3º, da Lei nº 6.015/73</w:t>
      </w:r>
      <w:r>
        <w:rPr>
          <w:b w:val="0"/>
          <w:sz w:val="24"/>
        </w:rPr>
        <w:t xml:space="preserve">, e do Art. 770 das DGE/RO, os Requerentes instruem o presente com as </w:t>
      </w:r>
      <w:r>
        <w:rPr>
          <w:b/>
          <w:sz w:val="24"/>
        </w:rPr>
        <w:t>declarações de anuência dos confrontantes</w:t>
      </w:r>
      <w:r>
        <w:rPr>
          <w:b w:val="0"/>
          <w:sz w:val="24"/>
        </w:rPr>
        <w:t>, devidamente qualificados e com firmas reconhecidas, acompanhadas da planta e do memorial descritivo georreferenciados, requerendo a averbação da área apurada.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12,1934 ha (doze hectares, dezenove ares e trinta e quatro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Ministro Andreazza/RO,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R$ 94.816,24 (noventa e quatro mil e oitocentos e dezesseis reais e vinte e quatro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R$ 119.756,01 (cento e dezenove mil e setecentos e cinquenta e seis reais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27a36b3c-3b06-4a15-b39e-330f61201ab0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951.056.717.576-7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 (ITR) nº </w:t>
      </w:r>
      <w:r>
        <w:rPr>
          <w:b/>
          <w:sz w:val="24"/>
        </w:rPr>
        <w:t>3979629-9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9,8494 ha (nove hectares, oitenta e quatro ares e noventa e quatro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12,1934 ha (doze hectares, dezenove ares e trinta e quatro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Declarações de anuência dos confrontantes, com firmas reconhecidas;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24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DAS GRAÇAS LIVRAMENTO PROCESSO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2320268500456860-RO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