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DAS GRAÇAS LIVRAMENTO PROCESSO, brasileira, viuvo(a), agricultora, inscrito(a) no CPF nº 474.860.407-78, portador(a) do RG nº 82.007 SSP/RO, residente e domiciliado(a) em Linha 05, Lote 04, Gleba 06, Zona Rural, Ministro Andreazza-RO.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05, CASTRO ALVES, SETOR IPOCYSSARA, P.F. CORUMBIARA, Município de Ministro Andreazza/RO, código INCRA/SNCR nº 951.056.717.576-7, matrícula nº 4.122, de propriedade/posse do(s) OUTORGANTE(S).</w:t>
      </w:r>
    </w:p>
    <w:p/>
    <w:p>
      <w:pPr>
        <w:jc w:val="right"/>
      </w:pPr>
      <w:r>
        <w:t>Ministro Andreazza/RO,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DAS GRAÇAS LIVRAMENTO PROCESSO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