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DAS GRAÇAS LIVRAMENTO PROCESSO, brasileira, inscrita no CPF sob o nº 474.860.407-78, residente e domiciliada em Ministro Andreazza/RO, vem, respeitosamente, à presença de Vossas Senhorias, solicitar a ANÁLISE E APROVAÇÃO do Cadastro Ambiental Rural — CAR referente ao imóvel rural denominado "LOTE 04-B, GLEBA 05, CASTRO ALVES, SETOR IPOCYSSARA, P.F. CORUMBIARA", com área de 12.1934 hectares, localizado no município de Ministro Andreazza/RO CCIR nº 951.056.717.576-7, NIRF/ITR nº 3979629-9,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DAS GRAÇAS LIVRAMENTO PROCESSO</w:t>
      </w:r>
    </w:p>
    <w:p>
      <w:r>
        <w:t>CPF: 474.860.407-78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