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MARIA DAS GRAÇAS LIVRAMENTO PROCESSO, inscrita no CPF sob o nº 474.860.407-78, proprietária do imóvel rural denominado "LOTE 04-B, GLEBA 05, CASTRO ALVES, SETOR IPOCYSSARA, P.F. CORUMBIARA",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DAS GRAÇAS LIVRAMENTO PROCESSO</w:t>
      </w:r>
    </w:p>
    <w:p>
      <w:r>
        <w:t>CPF: 474.860.407-78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