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ARNALDO ROSA VIEIRA, inscrito no CPF sob o nº 340.411.332-20, titular do imóvel rural "LOTE 38-A, GLEBA 11,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ARNALDO ROSA VIEIRA</w:t>
      </w:r>
    </w:p>
    <w:p>
      <w:r>
        <w:t>CPF: 340.411.332-20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