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ARNALDO ROSA VIEIRA, inscrito no CPF sob o nº 340.411.332-20, proprietário do imóvel rural denominado "LOTE 38-A, GLEBA 11, S.T. IPOCYSSARA, P.F. CORUMBIARA", com área de 43.56 hectares,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ARNALDO ROSA VIEIRA</w:t>
      </w:r>
    </w:p>
    <w:p>
      <w:r>
        <w:t>CPF: 340.411.332-20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