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 H GLEBA 08 IPOCYSSARA,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