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ALTAIR MARGOTTO, brasileiro, casado(a), agricultor, inscrito(a) no CPF nº 095.514.842-15, portador(a) do RG nº 117.141, residente e domiciliado(a) em Linha 06, Lote 13-A, Gleba 06, s/n,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13-A, GLEBA 06, SETOR IPOCYSSARA, PROJETO FUNDIÁRIO CORUMBIARA, Setor IPOCYSSARA (Castro Alves), Município de Cacoal/Rondônia, código INCRA/SNCR nº 001.040.062.111-5, matrícula nº 3.722,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ALTAIR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