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ALTAIR MARGOTTO, brasileiro, inscrito no CPF sob o nº 095.514.842-15, residente e domiciliado em Cacoal/Rondônia, vem, respeitosamente, à presença de Vossas Senhorias, solicitar a ANÁLISE E APROVAÇÃO do Cadastro Ambiental Rural — CAR referente ao imóvel rural denominado "LOTE 13-A, GLEBA 06, SETOR IPOCYSSARA, PROJETO FUNDIÁRIO CORUMBIARA", com área de 71.2477 hectares, localizado no município de Cacoal/Rondônia CCIR nº 001.040.062.111-5,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ALTAIR MARGOTTO</w:t>
      </w:r>
    </w:p>
    <w:p>
      <w:r>
        <w:t>CPF: 095.514.842-15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