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ALTAIR MARGOTTO, inscrito no CPF sob o nº 095.514.842-15, titular do imóvel rural "LOTE 13-A, GLEBA 06,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ALTAIR MARGOTTO</w:t>
      </w:r>
    </w:p>
    <w:p>
      <w:r>
        <w:t>CPF: 095.514.842-15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