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JUNIOR DE AGUIAR, brasileiro, inscrito no CPF sob o nº 001.388.702-50, residente e domiciliado em Ministro Andreazza/RO, vem, respeitosamente, à presença de Vossas Senhorias, solicitar a ANÁLISE E APROVAÇÃO do Cadastro Ambiental Rural — CAR referente ao imóvel rural denominado "LOTE 18-D1, GLEBA 05, CASTRO ALVES, SETOR IPOCYSSARA, P.F. CORUMBIARA", com área de 4.0 hectares, localizado no município de Ministro Andreazza/RO CCIR nº 05339146096 (do Lote 18-D inteiro — sem código próprio),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JUNIOR DE AGUIAR</w:t>
      </w:r>
    </w:p>
    <w:p>
      <w:r>
        <w:t>CPF: 001.388.702-50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