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98B1 GLEBA 09 - GY-PARANÁ,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