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ARLINDO VICENTE, brasileiro, inscrito no CPF sob o nº 107.142.352-53, residente e domiciliado em Cacoal/Rondônia, vem, respeitosamente, à presença de Vossas Senhorias, solicitar a ANÁLISE E APROVAÇÃO do Cadastro Ambiental Rural — CAR referente ao imóvel rural denominado "LOTE 38-C, GLEBA 11, S.T. GY-PARANÁ, P.I.C. GY-PARANÁ", com área de 4.84 hectares, localizado no município de Cacoal/Rondônia CCIR nº 001.040.028.428-3,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ARLINDO VICENTE</w:t>
      </w:r>
    </w:p>
    <w:p>
      <w:r>
        <w:t>CPF: 107.142.352-53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