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04-B, GLEBA 05, SETOR IPOCYSSARA, PROJETO CORUMBIARA " localizado no município de Cacoal/RO CCIR nº 9502034434172,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