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SETOR IPOCYSSARA, PROJETO CORUMBIARA, código INCRA/SNCR nº 950.203.443.417-2,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