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ANÁLISE DE SOBREPOSIÇÃO — SIGEF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ERINEIA FERREIRA DE SOUSA GRANETTO DA ROSA</w:t>
      </w:r>
      <w:r>
        <w:rPr>
          <w:b w:val="0"/>
          <w:sz w:val="24"/>
        </w:rPr>
        <w:t xml:space="preserve">, brasileira, Casada, vendedora, portadora do CI.RG nº 1314918 SESDEC/RO, inscrita no CPF/MF nº 031.309.002-50, filha de Natalino Granetto e Eva Ferreira de Sousa Granetto, casada pelo regime de Comunhão Parcial de Bens na vigência da Lei nº 6.515/77, com </w:t>
      </w:r>
      <w:r>
        <w:rPr>
          <w:b/>
          <w:sz w:val="24"/>
        </w:rPr>
        <w:t>SIVAL LIMA DA ROSA</w:t>
      </w:r>
      <w:r>
        <w:rPr>
          <w:b w:val="0"/>
          <w:sz w:val="24"/>
        </w:rPr>
        <w:t>, brasileiro, pedreiro, portador do CI.RG nº 3694070/CART FUNC/RO, inscrito no CPF/MF nº 912.698.652-34, filho de Brasiliano Lima da Rosa e Maria Aparecida Pontes Rosa, residente e domiciliada na Rua Mato Grosso, 5.266, Centro, cidade de Ministro Andreazza, estado de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solicitar </w:t>
      </w:r>
      <w:r>
        <w:rPr>
          <w:b/>
          <w:sz w:val="24"/>
        </w:rPr>
        <w:t>ANÁLISE DE SOBREPOSIÇÃO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DO IMÓVEL LANÇADO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04-I, GLEBA 05, S.T. IPOCYSSARA, P.F. CORUMBIARA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001.040.042.757-2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b3fd0069-ad47-4e15-b295-0406f59306f8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9,7292 ha (nove hectares, setenta e dois ares e noventa e dois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Andreazza/RO</w:t>
      </w:r>
      <w:r>
        <w:rPr>
          <w:b w:val="0"/>
          <w:sz w:val="24"/>
        </w:rPr>
        <w:t>, apresenta sobreposição com outro imóvel no sistema SIGEF, configurando situação que necessita de análise e solução por parte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referido imóvel encontra-se devidamente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11.404</w:t>
      </w:r>
      <w:r>
        <w:rPr>
          <w:b w:val="0"/>
          <w:sz w:val="24"/>
        </w:rPr>
        <w:t>, sendo de propriedade legítima dos requerentes, conforme documentação comprobatória em anexo. O registro cartorial é anterior ao lançamento conflitante no SIGEF, comprovando a legitimidade da propriedade.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e a planta foram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2320268500530808-RO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Requerem, portanto, que seja procedida a análise da sobreposição identificada, com a consequente regularização da situação cadastral do imóvel junto ao INCRA/SIGEF.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4 de novembro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ERINEIA FERREIRA DE SOUSA GRANETTO DA ROSA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SIVAL LIMA DA ROSA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