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ERINEIA FERREIRA DE SOUSA GRANETTO DA ROSA, brasileira, casado(a), vendedora, inscrito(a) no CPF nº 031.309.002-50, portador(a) do RG nº 1314918 SESDEC/RO, residente e domiciliado(a) em Rua Mato Grosso, 5.266, Centro, cidade de Ministro Andreazza,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04-I, GLEBA 05, S.T. IPOCYSSARA, P.F. CORUMBIARA, Município de Ministro Andreazza/RO, código INCRA/SNCR nº 001.040.042.757-2, matrícula nº 11.404, de propriedade/posse do(s) OUTORGANTE(S).</w:t>
      </w:r>
    </w:p>
    <w:p/>
    <w:p>
      <w:pPr>
        <w:jc w:val="right"/>
      </w:pPr>
      <w:r>
        <w:t>Ministro Andreazza/RO,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ERINEIA FERREIRA DE SOUSA GRANETTO DA ROSA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