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ERINEIA FERREIRA DE SOUSA GRANETTO DA ROSA, brasileira, inscrita no CPF sob o nº 031.309.002-50, residente e domiciliada em Ministro Andreazza/RO, vem, respeitosamente, à presença de Vossas Senhorias, solicitar a ANÁLISE E APROVAÇÃO do Cadastro Ambiental Rural — CAR referente ao imóvel rural denominado "LOTE 04-I, GLEBA 05, S.T. IPOCYSSARA, P.F. CORUMBIARA", com área de 9.7292 hectares, localizado no município de Ministro Andreazza/RO CCIR nº 950.203.443.417-2,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ERINEIA FERREIRA DE SOUSA GRANETTO DA ROSA</w:t>
      </w:r>
    </w:p>
    <w:p>
      <w:r>
        <w:t>CPF: 031.309.002-50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