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ERINEIA FERREIRA DE SOUSA GRANETTO DA ROSA, inscrita no CPF sob o nº 031.309.002-50, titular do imóvel rural "LOTE 04-I, GLEBA 05,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ERINEIA FERREIRA DE SOUSA GRANETTO DA ROSA</w:t>
      </w:r>
    </w:p>
    <w:p>
      <w:r>
        <w:t>CPF: 031.309.002-50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