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 - Otaviano Rodriges,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