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SELIO ALMEIDA RODRIGUES, brasileiro, inscrito no CPF sob o nº 736.718.512-87, residente e domiciliado em Cacoal/RO, vem, respeitosamente, à presença de Vossas Senhorias, solicitar a ANÁLISE E APROVAÇÃO do Cadastro Ambiental Rural — CAR referente ao imóvel rural denominado "LOTE 11-B1, GLEBA 08, S.T. IPOCYSSARA, P.F. CORUMBIARA", com área de 9.0124 hectares, localizado no município de Cacoal/RO CCIR nº 30335695207,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