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19 GLEBA 01 P.I.C. IPOCYSSARA - Aristeu"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