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76-A GLEBA 10 P.I.C. IPOCYSSARA - Jandira Peterd Hencke",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