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LÍRIO WAGNER, inscrito no CPF sob o nº 564.112.942-91, proprietário do imóvel rural denominado "LOTE 10-A, GLEBA 07,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LÍRIO WAGNER</w:t>
      </w:r>
    </w:p>
    <w:p>
      <w:r>
        <w:t>CPF: 564.112.942-91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