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ELIÚ CHARLES MALINI, inscrito no CPF sob o nº 016.312.812-08, residente em Cacoal/RO, interessado no processo de regularização ambiental referente ao imóvel "LOTE 05-A,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ELIÚ CHARLES MALINI</w:t>
        <w:br/>
        <w:t xml:space="preserve">    CPF:            016.312.812-08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