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HABILITAÇÃO DE ACESSO EXTERNO AO SEI-RO</w:t>
      </w:r>
    </w:p>
    <w:p/>
    <w:p>
      <w:r>
        <w:rPr>
          <w:b/>
          <w:sz w:val="22"/>
        </w:rPr>
        <w:t>À Secretaria de Estado do Desenvolvimento Ambiental — SEDAM-RO</w:t>
        <w:br/>
        <w:t>Sistema Eletrônico de Informações — SEI-RO</w:t>
      </w:r>
    </w:p>
    <w:p/>
    <w:p>
      <w:pPr>
        <w:jc w:val="both"/>
      </w:pPr>
      <w:r>
        <w:rPr>
          <w:sz w:val="22"/>
        </w:rPr>
        <w:t>, inscrito(a) no CPF sob o nº , residente em Cacoal/Rondônia, interessado(a) no processo de regularização ambiental referente ao imóvel "LOTE 07-A-1 GLEBA 12 P.I.C. IPOCYSSARA - Jose Torres", localizado em Cacoal/Rondônia, vem requerer a HABILITAÇÃO DE ACESSO EXTERNO INTEGRAL ao processo SEI, a fim de acompanhar o andamento e efetuar o peticionamento de documentos nos termos da legislação vigente.</w:t>
      </w:r>
    </w:p>
    <w:p/>
    <w:p>
      <w:pPr>
        <w:jc w:val="both"/>
      </w:pPr>
      <w:r>
        <w:rPr>
          <w:sz w:val="22"/>
        </w:rPr>
        <w:t>Para tanto, informa os dados de acesso:</w:t>
        <w:br/>
        <w:t xml:space="preserve">    Nome completo:  </w:t>
        <w:br/>
        <w:t xml:space="preserve">    CPF:            </w:t>
        <w:br/>
        <w:t xml:space="preserve">    E-mail:         _________________________</w:t>
        <w:br/>
        <w:t xml:space="preserve">    Telefone:       _________________________</w:t>
        <w:br/>
      </w:r>
    </w:p>
    <w:p/>
    <w:p>
      <w:pPr>
        <w:jc w:val="both"/>
      </w:pPr>
      <w:r>
        <w:rPr>
          <w:sz w:val="22"/>
        </w:rPr>
        <w:t>Obs.: Caso ainda não possua cadastro no SEI-RO, solicita também a CRIAÇÃO DE USUÁRIO EXTERNO, com acesso ao tipo 'Acesso Externo Integral', conforme orientação disponível em sei.ro.gov.br ou pelo telefone (69) 3212-9665.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(RG ou CNH);</w:t>
        <w:br/>
        <w:t>II — CPF;</w:t>
        <w:br/>
        <w:t>III — Comprovante de endereço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r>
        <w:t>Cacoal/RO, 6 de agosto de 2026</w:t>
      </w:r>
    </w:p>
    <w:p/>
    <w:p>
      <w:r>
        <w:t>____________________________________________________</w:t>
      </w:r>
    </w:p>
    <w:p>
      <w:r>
        <w:rPr>
          <w:b/>
        </w:rPr>
        <w:t>Requerente</w:t>
      </w:r>
    </w:p>
    <w:p>
      <w:r>
        <w:t>Domicílio: Cacoal/Rondônia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