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07-A-1 GLEBA 12 P.I.C. IPOCYSSARA - Jose Torres",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