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Cacoal/RO, vem, respeitosamente, à presença de Vossas Senhorias, solicitar a ANÁLISE E APROVAÇÃO do Cadastro Ambiental Rural — CAR referente ao imóvel rural denominado "LOTE 25-C-1 GLEBA 12 P.I.C. IPOCYSSARA - Jose Torres"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