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NELSON MENDES PEREIRA, brasileiro(a), aposentado, inscrito(a) no CPF nº 117.915.605-63, portador(a) do RG nº 110180-SSP/RO, residente e domiciliado(a) em LINHA 10, Lote 31, gleba 10, Cacoal/RO..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31, GLEBA10,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NELSON MENDES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