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NELSON MENDES PEREIRA, inscrito no CPF sob o nº 117.915.605-63, residente em Cacoal/RO, interessado no processo de regularização ambiental referente ao imóvel "LOTE 31, GLEBA 10,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NELSON MENDES PEREIRA</w:t>
        <w:br/>
        <w:t xml:space="preserve">    CPF:            117.915.605-63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