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90 GLEBA 08 GY-PARANÁ - Fagner",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