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18 GLEBA 05 P.I.C. IPOCYSSARA - Dr Celso",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