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EDSON DE CARVALHO SOUZA, brasileiro, casado(a), agricultor, inscrito(a) no CPF nº 592.567.372-72, portador(a) do RG nº 575.692, residente e domiciliado(a) em Linha 05, Lote 12, Gleba 05,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18-D (REM.), GLEBA 05, CASTRO ALVES, SETOR IPOCYSSARA, P.F. CORUMBIARA, Município de Ministro Andreazza/RO, código INCRA/SNCR nº 950.068.870.293-9, matrícula nº 12.870, de propriedade/posse do(s) OUTORGANTE(S).</w:t>
      </w:r>
    </w:p>
    <w:p/>
    <w:p>
      <w:pPr>
        <w:jc w:val="right"/>
      </w:pPr>
      <w:r>
        <w:t>Ministro Andreazza/RO,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EDSON DE CARVALHO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