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101-A, GLEBA 08, S.T. GY-PARANÁ, P.I.C. GY-PARANÁ", com área de 12.2631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