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JOSÉ NEVES DE OLIVEIRA</w:t>
      </w:r>
      <w:r>
        <w:rPr>
          <w:b w:val="0"/>
          <w:sz w:val="24"/>
        </w:rPr>
        <w:t xml:space="preserve">, brasileiro, casado, agricultor, portador do CI.RG nº 109.264-RO, inscrito no CPF/MF nº 085.077.242-72, filho de __________ e __________, casado pelo regime de Comunhão Parcial de Bens, com </w:t>
      </w:r>
      <w:r>
        <w:rPr>
          <w:b/>
          <w:sz w:val="24"/>
        </w:rPr>
        <w:t>DALVA HELENA PEREIRA DE OLIVEIRA</w:t>
      </w:r>
      <w:r>
        <w:rPr>
          <w:b w:val="0"/>
          <w:sz w:val="24"/>
        </w:rPr>
        <w:t>, portadora do CI.RG nº __________, inscrita no CPF/MF nº 725.578.932-34, filha de __________ e __________, residente e domiciliado na Linha 10, Lote 44, PT 154, Cacoal, 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proprietários do imóvel rural denominado </w:t>
      </w:r>
      <w:r>
        <w:rPr>
          <w:b/>
          <w:sz w:val="24"/>
        </w:rPr>
        <w:t>LOTE 42-A, GLEBA 10, S.T. IPOCYSSARA, P.F.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950.050.366.056-9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12.802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21.3661 hectares</w:t>
      </w:r>
      <w:r>
        <w:rPr>
          <w:b w:val="0"/>
          <w:sz w:val="24"/>
        </w:rPr>
        <w:t xml:space="preserve"> (vinte e um hectares, trinta e seis ares e sessenta e um centiares).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JOSE GONCALVES DE OLIVEIRA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42-B, GLEBA 10, S.T. IPOCYSSARA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950.270.378.216-5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20035</w:t>
      </w:r>
      <w:r>
        <w:rPr>
          <w:b w:val="0"/>
          <w:sz w:val="24"/>
        </w:rPr>
        <w:t xml:space="preserve">, certificado pelo Sistema de Gestão Fundiária (SIGEF) sob o código </w:t>
      </w:r>
      <w:r>
        <w:rPr>
          <w:b/>
          <w:sz w:val="24"/>
        </w:rPr>
        <w:t>[SIGEF]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42-B, GLEBA 10, S.T. IPOCYSSARA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both"/>
      </w:pPr>
      <w:r>
        <w:rPr>
          <w:b w:val="0"/>
          <w:sz w:val="24"/>
        </w:rPr>
        <w:t>Cacoal/RO, 18 de agosto de 2026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JOSÉ NEVES DE OLIVEIRA</w:t>
      </w:r>
    </w:p>
    <w:p>
      <w:pPr>
        <w:spacing w:after="0" w:before="0"/>
        <w:jc w:val="center"/>
      </w:pPr>
      <w:r>
        <w:rPr>
          <w:b w:val="0"/>
          <w:sz w:val="24"/>
        </w:rPr>
        <w:t>Proprietário do imóvel confrontante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DALVA HELENA PEREIRA DE OLIVEIRA</w:t>
      </w:r>
    </w:p>
    <w:p>
      <w:pPr>
        <w:spacing w:after="0" w:before="0"/>
        <w:jc w:val="center"/>
      </w:pPr>
      <w:r>
        <w:rPr>
          <w:b w:val="0"/>
          <w:sz w:val="24"/>
        </w:rPr>
        <w:t>Cônjuge — Proprietária do imóvel confrontante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JOSÉ GONÇALVES DE OLIVEIRA</w:t>
      </w:r>
      <w:r>
        <w:rPr>
          <w:b w:val="0"/>
          <w:sz w:val="24"/>
        </w:rPr>
        <w:t>, brasileiro, viúvo, lavrador, portador do CI.RG nº M-1.283.241 SSP-MG, inscrito no CPF/MF nº 344.808.546-49, filho de __________ e __________, que declara, sob as penas da Lei, não ter convivência pública em união estável, nos termos do art. 1.723 e seguintes do Código Civil Brasileiro, residente e domiciliado na Linha 10, Lote 44, Gleba 10, Cacoal/RO,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NILZA ALVES RIBEIRO</w:t>
      </w:r>
      <w:r>
        <w:rPr>
          <w:b w:val="0"/>
          <w:sz w:val="24"/>
        </w:rPr>
        <w:t>, brasileira, solteira, maior e capaz, lavradora, portadora do CI.RG nº 4.910.974-SSP-MG, inscrita no CPF/MF nº 689.355.956-91, filha de __________ e __________, que declara, sob as penas da Lei, não ter convivência pública em união estável, nos termos do art. 1.723 e seguintes do Código Civil Brasileiro, residente e domiciliada na Linha 10, Lote 44, Gleba 10, Cacoal/RO,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vimos,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Somos proprietários do imóvel rural denominado </w:t>
      </w:r>
      <w:r>
        <w:rPr>
          <w:b/>
          <w:sz w:val="24"/>
        </w:rPr>
        <w:t>LOTE 42 (REM.), GLEBA 10, S.T. IPOCYSSARA, P.F.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950.092.181.072-0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21.199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14.52 hectares</w:t>
      </w:r>
      <w:r>
        <w:rPr>
          <w:b w:val="0"/>
          <w:sz w:val="24"/>
        </w:rPr>
        <w:t xml:space="preserve"> (quatorze hectares e cinquenta e dois ares).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JOSE GONCALVES DE OLIVEIRA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42-B, GLEBA 10, S.T. IPOCYSSARA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950.270.378.216-5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20035</w:t>
      </w:r>
      <w:r>
        <w:rPr>
          <w:b w:val="0"/>
          <w:sz w:val="24"/>
        </w:rPr>
        <w:t xml:space="preserve">, certificado pelo Sistema de Gestão Fundiária (SIGEF) sob o código </w:t>
      </w:r>
      <w:r>
        <w:rPr>
          <w:b/>
          <w:sz w:val="24"/>
        </w:rPr>
        <w:t>[SIGEF]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42-B, GLEBA 10, S.T. IPOCYSSARA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assinamos a presente declaração para que produza os devidos efeitos legais.</w:t>
      </w:r>
    </w:p>
    <w:p>
      <w:pPr>
        <w:spacing w:after="40" w:before="120"/>
        <w:jc w:val="both"/>
      </w:pPr>
      <w:r>
        <w:rPr>
          <w:b w:val="0"/>
          <w:sz w:val="24"/>
        </w:rPr>
        <w:t>Cacoal/RO, 18 de agosto de 2026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JOSÉ GONÇALVES DE OLIVEIRA</w:t>
      </w:r>
    </w:p>
    <w:p>
      <w:pPr>
        <w:spacing w:after="0" w:before="0"/>
        <w:jc w:val="center"/>
      </w:pPr>
      <w:r>
        <w:rPr>
          <w:b w:val="0"/>
          <w:sz w:val="24"/>
        </w:rPr>
        <w:t>Proprietário do imóvel confrontante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NILZA ALVES RIBEIRO</w:t>
      </w:r>
    </w:p>
    <w:p>
      <w:pPr>
        <w:spacing w:after="0" w:before="0"/>
        <w:jc w:val="center"/>
      </w:pPr>
      <w:r>
        <w:rPr>
          <w:b w:val="0"/>
          <w:sz w:val="24"/>
        </w:rPr>
        <w:t>Proprietária do imóvel confrontante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r>
        <w:br w:type="page"/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