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JOSE GONCALVES DE OLIVEIRA, brasileiro, inscrito no CPF sob o nº 344.808.546-49, residente e domiciliado em Cacoal/RO, vem, respeitosamente, à presença de Vossas Senhorias, solicitar a ANÁLISE E APROVAÇÃO do Cadastro Ambiental Rural — CAR referente ao imóvel rural denominado "LOTE 42-B, GLEBA 10, S.T. IPOCYSSARA", com área de 6.8431 hectares, localizado no município de Cacoal/RO CCIR nº 69818847252,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JOSE GONCALVES DE OLIVEIRA</w:t>
      </w:r>
    </w:p>
    <w:p>
      <w:r>
        <w:t>CPF: 344.808.546-49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