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 GONCALVES DE OLIVEIRA, inscrito no CPF sob o nº 344.808.546-49, proprietário do imóvel rural denominado "LOTE 42-B, GLEBA 10, S.T. IPOCYSSARA", com área de 6.8431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GONCALVES DE OLIVEIRA</w:t>
      </w:r>
    </w:p>
    <w:p>
      <w:r>
        <w:t>CPF: 344.808.546-49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