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CLERIO,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48-I GLEBA 08 P.I.C. IPOCYSSARA - Clerio,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CLERIO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