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1800000" cy="691699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logo_incra_facil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800000" cy="69169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b/>
          <w:color w:val="2E5B42"/>
          <w:sz w:val="20"/>
        </w:rPr>
        <w:t>INCRA FÁCIL / ESCRITURA FÁCIL — JACUTINGA TOPOGRAFIA</w:t>
      </w:r>
    </w:p>
    <w:p/>
    <w:p>
      <w:pPr>
        <w:jc w:val="center"/>
      </w:pPr>
      <w:r>
        <w:rPr>
          <w:b/>
          <w:color w:val="2E5B42"/>
          <w:sz w:val="26"/>
        </w:rPr>
        <w:t>REQUERIMENTO DE CANCELAMENTO DO CAR</w:t>
      </w:r>
    </w:p>
    <w:p/>
    <w:p>
      <w:r>
        <w:rPr>
          <w:b/>
          <w:sz w:val="22"/>
        </w:rPr>
        <w:t>À Coordenadoria de Monitoramento e Regularização Ambiental Rural — COMRAR</w:t>
        <w:br/>
        <w:t>Secretaria de Estado do Desenvolvimento Ambiental — SEDAM-RO</w:t>
      </w:r>
    </w:p>
    <w:p/>
    <w:p>
      <w:pPr>
        <w:jc w:val="both"/>
      </w:pPr>
      <w:r>
        <w:rPr>
          <w:sz w:val="22"/>
        </w:rPr>
        <w:t>, inscrito(a) no CPF sob o nº , proprietário(a) do imóvel rural denominado "LOTE 48-I GLEBA 08 P.I.C. IPOCYSSARA - Clerio", localizado em Cacoal/Rondônia, requer o CANCELAMENTO do CAR cadastrado pelos seguintes motivos: (descrever o motivo — ex.: duplicidade de inscrição, venda do imóvel, erro cadastral, etc.).</w:t>
      </w:r>
    </w:p>
    <w:p/>
    <w:p>
      <w:pPr>
        <w:jc w:val="both"/>
      </w:pPr>
      <w:r>
        <w:rPr>
          <w:sz w:val="22"/>
        </w:rPr>
        <w:t>Documentos anexos:</w:t>
        <w:br/>
        <w:t>I — Documento de identidade e CPF;</w:t>
        <w:br/>
        <w:t>II — Comprovante de titularidade do imóvel;</w:t>
        <w:br/>
        <w:t>III — Justificativa do cancelamento (se necessário, declaração ou laudo técnico).</w:t>
      </w:r>
    </w:p>
    <w:p/>
    <w:p>
      <w:pPr>
        <w:jc w:val="both"/>
      </w:pPr>
      <w:r>
        <w:rPr>
          <w:sz w:val="22"/>
        </w:rPr>
        <w:t>Termos em que pede deferimento.</w:t>
      </w:r>
    </w:p>
    <w:p/>
    <w:p>
      <w:r>
        <w:t>Cacoal/RO, 6 de agosto de 2026</w:t>
      </w:r>
    </w:p>
    <w:p/>
    <w:p>
      <w:r>
        <w:t>____________________________________________________</w:t>
      </w:r>
    </w:p>
    <w:p>
      <w:r>
        <w:rPr>
          <w:b/>
        </w:rPr>
        <w:t>Requerente</w:t>
      </w:r>
    </w:p>
    <w:p>
      <w:r>
        <w:t>Domicílio: Cacoal/Rondônia</w:t>
      </w:r>
    </w:p>
    <w:p/>
    <w:p>
      <w:r>
        <w:rPr>
          <w:color w:val="555555"/>
          <w:sz w:val="18"/>
        </w:rPr>
        <w:t>Responsável Técnico: ISAAC ALMEIDA LACERDA — CREA 16.268/D-RO</w:t>
      </w:r>
    </w:p>
    <w:p>
      <w:r>
        <w:rPr>
          <w:color w:val="555555"/>
          <w:sz w:val="18"/>
        </w:rPr>
        <w:t>📞 (69) 99602-3191  |  ✉ jacutingatopografia@gmail.com</w:t>
      </w:r>
    </w:p>
    <w:sectPr w:rsidR="00FC693F" w:rsidRPr="0006063C" w:rsidSect="00034616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