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48-B GLEBA 08 P.I.C. IPOCYSSARA - Clerio,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