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LUCILENE GONÇALVES,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48-G GLEBA 08 P.I.C. IPOCYSSARA - Lucilene Gonçalves,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LUCILENE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