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04-B GLEBA 06 P.I.C. IPOCYSSARA - Maria Das Graças",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