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ROSENI PIMENTA  DA SILVA,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45-E GLEBA 09 P.I.C. IPOCYSSARA - Sebastiao,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ROSENI PIMENTA 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