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ROSINÉLIA PIMETA  DA SILVA MOZER,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45-D GLEBA 09 P.I.C. IPOCYSSARA - Sebastiao, Município de Cacoal/RO, de propriedade/posse do(s) OUTORGANTE(S).</w:t>
      </w:r>
    </w:p>
    <w:p/>
    <w:p>
      <w:pPr>
        <w:jc w:val="right"/>
      </w:pPr>
      <w:r>
        <w:t>Cacoal/RO, 13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ROSINÉLIA PIMETA  DA SILVA MOZER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