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ROSINÉLIA PIMETA  DA SILVA MOZER,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45-D GLEBA 09 P.I.C. IPOCYSSARA - Sebastiao,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ROSINÉLIA PIMETA  DA SILVA MOZER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